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sales request</w:t>
      </w:r>
    </w:p>
    <w:p>
      <w:pPr>
        <w:keepNext/>
        <w:spacing w:before="0" w:after="200" w:line="269" w:lineRule="auto"/>
      </w:pPr>
      <w:r>
        <w:rPr>
          <w:rFonts w:ascii="Arial" w:hAnsi="Arial" w:eastAsia="Arial Unicode MS" w:cs="Arial Unicode MS"/>
          <w:b/>
          <w:color w:val="202B33"/>
          <w:sz w:val="22"/>
        </w:rPr>
        <w:t>Spare parts support</w:t>
      </w:r>
    </w:p>
    <w:p>
      <w:pPr>
        <w:keepNext w:val="0"/>
        <w:spacing w:before="0" w:after="200" w:line="269" w:lineRule="auto"/>
      </w:pPr>
      <w:r>
        <w:rPr>
          <w:rFonts w:ascii="Arial" w:hAnsi="Arial" w:eastAsia="Arial Unicode MS" w:cs="Arial Unicode MS"/>
          <w:b w:val="0"/>
          <w:color w:val="202B33"/>
          <w:sz w:val="19"/>
        </w:rPr>
        <w:t>Complete this form for a previously purchased spare part. Replace the bracketed prompts with your details and email the completed Word file with supporting evidence. Fields expand as you type.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0" w:type="dxa"/>
          <w:right w:w="90" w:type="dxa"/>
        </w:tblCellMar>
      </w:tblPr>
      <w:tblGrid>
        <w:gridCol w:w="4933"/>
        <w:gridCol w:w="4933"/>
      </w:tblGrid>
      <w:tr>
        <w:trPr>
          <w:cantSplit/>
          <w:tblHeader/>
        </w:trPr>
        <w:tc>
          <w:tcPr>
            <w:tcW w:type="dxa" w:w="4933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8"/>
              </w:rPr>
              <w:t>Request date</w:t>
            </w:r>
          </w:p>
        </w:tc>
        <w:tc>
          <w:tcPr>
            <w:tcW w:type="dxa" w:w="4933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8"/>
              </w:rPr>
              <w:t>Your reference</w:t>
            </w:r>
          </w:p>
        </w:tc>
      </w:tr>
      <w:tr>
        <w:trPr>
          <w:cantSplit/>
        </w:trPr>
        <w:tc>
          <w:tcPr>
            <w:tcW w:type="dxa" w:w="4933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20"/>
              </w:rPr>
              <w:t>[YYYY-MM-DD]</w:t>
            </w:r>
          </w:p>
        </w:tc>
        <w:tc>
          <w:tcPr>
            <w:tcW w:type="dxa" w:w="4933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20"/>
              </w:rPr>
              <w:t>[Optional reference]</w:t>
            </w:r>
          </w:p>
        </w:tc>
      </w:tr>
    </w:tbl>
    <w:p>
      <w:pPr>
        <w:keepNext w:val="0"/>
        <w:spacing w:before="0" w:after="0" w:line="269" w:lineRule="auto"/>
      </w:pPr>
      <w:r>
        <w:rPr>
          <w:rFonts w:ascii="Arial" w:hAnsi="Arial" w:eastAsia="Arial Unicode MS" w:cs="Arial Unicode MS"/>
          <w:b w:val="0"/>
          <w:color w:val="202B33"/>
          <w:sz w:val="6"/>
        </w:rPr>
      </w:r>
    </w:p>
    <w:p>
      <w:pPr>
        <w:pStyle w:val="Heading2"/>
      </w:pPr>
      <w:r>
        <w:t>01  Contact and purchase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0" w:type="dxa"/>
          <w:right w:w="90" w:type="dxa"/>
        </w:tblCellMar>
      </w:tblPr>
      <w:tblGrid>
        <w:gridCol w:w="3685"/>
        <w:gridCol w:w="6180"/>
      </w:tblGrid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Name / company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[Contact name and company]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Email / telephone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[Email address and telephone]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Country / region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[Country or region]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Order / transaction reference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[Original transaction reference]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Quotation / invoice reference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[Document number, if available]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Purchase date / delivery date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[YYYY-MM-DD / YYYY-MM-DD]</w:t>
            </w:r>
          </w:p>
        </w:tc>
      </w:tr>
    </w:tbl>
    <w:p>
      <w:pPr>
        <w:pStyle w:val="Heading2"/>
      </w:pPr>
      <w:r>
        <w:t>02  Part and equipment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0" w:type="dxa"/>
          <w:right w:w="90" w:type="dxa"/>
        </w:tblCellMar>
      </w:tblPr>
      <w:tblGrid>
        <w:gridCol w:w="3685"/>
        <w:gridCol w:w="6180"/>
      </w:tblGrid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Part name / part number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[Part name and number]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Part serial number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[Serial number on the part label]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Equipment brand / model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[Brand and model]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Equipment serial number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[If relevant to this request]</w:t>
            </w:r>
          </w:p>
        </w:tc>
      </w:tr>
    </w:tbl>
    <w:p>
      <w:pPr>
        <w:pStyle w:val="Heading2"/>
      </w:pPr>
      <w:r>
        <w:t>03  Problem description</w:t>
      </w:r>
    </w:p>
    <w:p>
      <w:pPr>
        <w:keepNext/>
        <w:spacing w:before="0" w:after="100" w:line="269" w:lineRule="auto"/>
      </w:pPr>
      <w:r>
        <w:rPr>
          <w:rFonts w:ascii="Arial" w:hAnsi="Arial" w:eastAsia="Arial Unicode MS" w:cs="Arial Unicode MS"/>
          <w:b w:val="0"/>
          <w:color w:val="596973"/>
          <w:sz w:val="18"/>
        </w:rPr>
        <w:t>Describe the fault, symptoms, error codes, when the issue occurred and whether the part worked initially.</w:t>
      </w:r>
    </w:p>
    <w:p>
      <w:pPr>
        <w:keepNext w:val="0"/>
        <w:spacing w:before="0" w:after="140" w:line="340" w:lineRule="exact"/>
      </w:pPr>
      <w:r>
        <w:rPr>
          <w:rFonts w:ascii="Arial" w:hAnsi="Arial" w:eastAsia="Arial Unicode MS" w:cs="Arial Unicode MS"/>
          <w:b w:val="0"/>
          <w:color w:val="596973"/>
          <w:sz w:val="20"/>
        </w:rPr>
        <w:t>[Enter your response here]</w:t>
        <w:br/>
        <w:br/>
        <w:br/>
      </w:r>
    </w:p>
    <w:p>
      <w:r>
        <w:br w:type="page"/>
      </w:r>
    </w:p>
    <w:p>
      <w:pPr>
        <w:pStyle w:val="Title"/>
      </w:pPr>
      <w:r>
        <w:t>Supporting information</w:t>
      </w:r>
    </w:p>
    <w:p>
      <w:pPr>
        <w:keepNext w:val="0"/>
        <w:spacing w:before="0" w:after="240" w:line="269" w:lineRule="auto"/>
      </w:pPr>
      <w:r>
        <w:rPr>
          <w:rFonts w:ascii="Arial" w:hAnsi="Arial" w:eastAsia="Arial Unicode MS" w:cs="Arial Unicode MS"/>
          <w:b w:val="0"/>
          <w:color w:val="202B33"/>
          <w:sz w:val="22"/>
        </w:rPr>
        <w:t>After sales request</w:t>
      </w:r>
    </w:p>
    <w:p>
      <w:pPr>
        <w:pStyle w:val="Heading2"/>
      </w:pPr>
      <w:r>
        <w:t>04  Installation and testing</w:t>
      </w:r>
    </w:p>
    <w:p>
      <w:pPr>
        <w:keepNext/>
        <w:spacing w:before="0" w:after="100" w:line="269" w:lineRule="auto"/>
      </w:pPr>
      <w:r>
        <w:rPr>
          <w:rFonts w:ascii="Arial" w:hAnsi="Arial" w:eastAsia="Arial Unicode MS" w:cs="Arial Unicode MS"/>
          <w:b w:val="0"/>
          <w:color w:val="596973"/>
          <w:sz w:val="18"/>
        </w:rPr>
        <w:t>Describe the installation, equipment configuration, tests, results and who performed the work. Do not perform additional tests solely to complete this form.</w:t>
      </w:r>
    </w:p>
    <w:p>
      <w:pPr>
        <w:keepNext w:val="0"/>
        <w:spacing w:before="0" w:after="140" w:line="340" w:lineRule="exact"/>
      </w:pPr>
      <w:r>
        <w:rPr>
          <w:rFonts w:ascii="Arial" w:hAnsi="Arial" w:eastAsia="Arial Unicode MS" w:cs="Arial Unicode MS"/>
          <w:b w:val="0"/>
          <w:color w:val="596973"/>
          <w:sz w:val="20"/>
        </w:rPr>
        <w:t>[Enter your response here]</w:t>
        <w:br/>
        <w:br/>
        <w:br/>
      </w:r>
    </w:p>
    <w:p>
      <w:pPr>
        <w:pStyle w:val="Heading2"/>
      </w:pPr>
      <w:r>
        <w:t>05  Supporting evidence</w:t>
      </w:r>
    </w:p>
    <w:p>
      <w:pPr>
        <w:keepNext/>
        <w:spacing w:before="0" w:after="100" w:line="269" w:lineRule="auto"/>
      </w:pPr>
      <w:r>
        <w:rPr>
          <w:rFonts w:ascii="Arial" w:hAnsi="Arial" w:eastAsia="Arial Unicode MS" w:cs="Arial Unicode MS"/>
          <w:b w:val="0"/>
          <w:color w:val="596973"/>
          <w:sz w:val="18"/>
        </w:rPr>
        <w:t>List photo filenames, video links and relevant documents. Include part labels, packaging condition and visible fault details where available. Exclude patient information.</w:t>
      </w:r>
    </w:p>
    <w:p>
      <w:pPr>
        <w:keepNext w:val="0"/>
        <w:spacing w:before="0" w:after="140" w:line="340" w:lineRule="exact"/>
      </w:pPr>
      <w:r>
        <w:rPr>
          <w:rFonts w:ascii="Arial" w:hAnsi="Arial" w:eastAsia="Arial Unicode MS" w:cs="Arial Unicode MS"/>
          <w:b w:val="0"/>
          <w:color w:val="596973"/>
          <w:sz w:val="20"/>
        </w:rPr>
        <w:t>[Enter your response here]</w:t>
        <w:br/>
        <w:br/>
        <w:br/>
      </w:r>
    </w:p>
    <w:p>
      <w:pPr>
        <w:pStyle w:val="Heading2"/>
      </w:pPr>
      <w:r>
        <w:t>06  Requested assistance</w:t>
      </w:r>
    </w:p>
    <w:p>
      <w:pPr>
        <w:keepNext/>
        <w:spacing w:before="0" w:after="100" w:line="269" w:lineRule="auto"/>
      </w:pPr>
      <w:r>
        <w:rPr>
          <w:rFonts w:ascii="Arial" w:hAnsi="Arial" w:eastAsia="Arial Unicode MS" w:cs="Arial Unicode MS"/>
          <w:b w:val="0"/>
          <w:color w:val="596973"/>
          <w:sz w:val="18"/>
        </w:rPr>
        <w:t>Describe the assistance you are requesting. Our team will confirm the available solution after review.</w:t>
      </w:r>
    </w:p>
    <w:p>
      <w:pPr>
        <w:keepNext/>
        <w:spacing w:before="0" w:after="140" w:line="340" w:lineRule="exact"/>
      </w:pPr>
      <w:r>
        <w:rPr>
          <w:rFonts w:ascii="Arial" w:hAnsi="Arial" w:eastAsia="Arial Unicode MS" w:cs="Arial Unicode MS"/>
          <w:b w:val="0"/>
          <w:color w:val="596973"/>
          <w:sz w:val="20"/>
        </w:rPr>
        <w:t>[Enter your response here]</w:t>
        <w:br/>
        <w:br/>
        <w:br/>
      </w:r>
    </w:p>
    <w:p>
      <w:pPr>
        <w:pStyle w:val="Heading2"/>
      </w:pPr>
      <w:r>
        <w:t>Submission and next steps</w:t>
      </w:r>
    </w:p>
    <w:p>
      <w:pPr>
        <w:keepNext/>
        <w:spacing w:before="0" w:after="80" w:line="269" w:lineRule="auto"/>
      </w:pPr>
      <w:r>
        <w:rPr>
          <w:rFonts w:ascii="Arial" w:hAnsi="Arial" w:eastAsia="Arial Unicode MS" w:cs="Arial Unicode MS"/>
          <w:b w:val="0"/>
          <w:color w:val="202B33"/>
          <w:sz w:val="19"/>
        </w:rPr>
        <w:t>Report arrival-related issues within 7 days of receipt. Where a part includes warranty, the warranty period starts from the shipping date and follows the agreed quotation terms.</w:t>
      </w:r>
    </w:p>
    <w:p>
      <w:pPr>
        <w:keepNext w:val="0"/>
        <w:spacing w:before="0" w:after="80" w:line="269" w:lineRule="auto"/>
      </w:pPr>
      <w:r>
        <w:rPr>
          <w:rFonts w:ascii="Arial" w:hAnsi="Arial" w:eastAsia="Arial Unicode MS" w:cs="Arial Unicode MS"/>
          <w:b w:val="0"/>
          <w:color w:val="202B33"/>
          <w:sz w:val="19"/>
        </w:rPr>
        <w:t>Contact our team before arranging a return shipment. Submitting this form does not approve a return, replacement, repair or refund.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20" w:bottom="1020" w:left="1020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rPr>
        <w:rFonts w:ascii="Arial" w:hAnsi="Arial" w:eastAsia="Arial Unicode MS" w:cs="Arial Unicode MS"/>
        <w:b w:val="0"/>
        <w:color w:val="596973"/>
        <w:sz w:val="16"/>
      </w:rPr>
      <w:t>Spare parts support</w:t>
    </w:r>
    <w:r>
      <w:rPr>
        <w:rFonts w:ascii="Arial" w:hAnsi="Arial" w:eastAsia="Arial Unicode MS" w:cs="Arial Unicode MS"/>
        <w:b w:val="0"/>
        <w:color w:val="596973"/>
        <w:sz w:val="16"/>
      </w:rPr>
      <w:tab/>
      <w:t xml:space="preserve">Page </w:t>
    </w:r>
    <w:fldSimple w:instr="PAGE"/>
    <w:r>
      <w:rPr>
        <w:rFonts w:ascii="Arial" w:hAnsi="Arial" w:eastAsia="Arial Unicode MS" w:cs="Arial Unicode MS"/>
        <w:b w:val="0"/>
        <w:color w:val="596973"/>
        <w:sz w:val="16"/>
      </w:rPr>
      <w:t xml:space="preserve"> of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rPr>
        <w:rFonts w:ascii="Arial" w:hAnsi="Arial" w:eastAsia="Arial Unicode MS" w:cs="Arial Unicode MS"/>
        <w:b/>
        <w:color w:val="000000"/>
        <w:sz w:val="16"/>
      </w:rPr>
      <w:t>MEDICAL EQUIPMENT PARTS</w:t>
    </w:r>
    <w:r>
      <w:rPr>
        <w:rFonts w:ascii="Arial" w:hAnsi="Arial" w:eastAsia="Arial Unicode MS" w:cs="Arial Unicode MS"/>
        <w:b w:val="0"/>
        <w:color w:val="000000"/>
        <w:sz w:val="16"/>
      </w:rPr>
      <w:tab/>
      <w:t>AFTER SALES REQUEST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100" w:line="269" w:lineRule="auto" w:before="0"/>
    </w:pPr>
    <w:rPr>
      <w:rFonts w:ascii="Arial" w:hAnsi="Arial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100" w:line="269" w:lineRule="auto" w:before="0"/>
    </w:pPr>
    <w:rPr>
      <w:rFonts w:ascii="Arial" w:hAnsi="Arial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 sales request</dc:title>
  <dc:subject>Spare parts support</dc:subject>
  <dc:creator>Medical Parts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